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FE6A5" w14:textId="77777777" w:rsidR="00ED17F6" w:rsidRDefault="00000000" w:rsidP="00814627">
      <w:pPr>
        <w:pStyle w:val="Balk1"/>
        <w:spacing w:line="48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ED17F6">
        <w:rPr>
          <w:rFonts w:ascii="Times New Roman" w:hAnsi="Times New Roman" w:cs="Times New Roman"/>
          <w:color w:val="auto"/>
          <w:sz w:val="24"/>
          <w:szCs w:val="24"/>
        </w:rPr>
        <w:t xml:space="preserve">Appendix 1. </w:t>
      </w:r>
    </w:p>
    <w:p w14:paraId="559FAF73" w14:textId="6BEFE778" w:rsidR="00845E78" w:rsidRPr="00ED17F6" w:rsidRDefault="00000000" w:rsidP="00814627">
      <w:pPr>
        <w:pStyle w:val="Balk1"/>
        <w:spacing w:line="48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ED17F6">
        <w:rPr>
          <w:rFonts w:ascii="Times New Roman" w:hAnsi="Times New Roman" w:cs="Times New Roman"/>
          <w:color w:val="auto"/>
          <w:sz w:val="24"/>
          <w:szCs w:val="24"/>
        </w:rPr>
        <w:t>39-item Survey Form</w:t>
      </w:r>
    </w:p>
    <w:p w14:paraId="6A1AC2FD" w14:textId="77777777" w:rsidR="00845E78" w:rsidRPr="00ED17F6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14627">
        <w:rPr>
          <w:rFonts w:ascii="Times New Roman" w:hAnsi="Times New Roman" w:cs="Times New Roman"/>
          <w:b/>
          <w:bCs/>
          <w:sz w:val="24"/>
          <w:szCs w:val="24"/>
        </w:rPr>
        <w:t>1)</w:t>
      </w:r>
      <w:r w:rsidRPr="00ED17F6">
        <w:rPr>
          <w:rFonts w:ascii="Times New Roman" w:hAnsi="Times New Roman" w:cs="Times New Roman"/>
          <w:sz w:val="24"/>
          <w:szCs w:val="24"/>
        </w:rPr>
        <w:t xml:space="preserve"> Your gender:</w:t>
      </w:r>
      <w:r w:rsidRPr="00ED17F6">
        <w:rPr>
          <w:rFonts w:ascii="Times New Roman" w:hAnsi="Times New Roman" w:cs="Times New Roman"/>
          <w:sz w:val="24"/>
          <w:szCs w:val="24"/>
        </w:rPr>
        <w:br/>
        <w:t xml:space="preserve">□ </w:t>
      </w:r>
      <w:proofErr w:type="gramStart"/>
      <w:r w:rsidRPr="00ED17F6">
        <w:rPr>
          <w:rFonts w:ascii="Times New Roman" w:hAnsi="Times New Roman" w:cs="Times New Roman"/>
          <w:sz w:val="24"/>
          <w:szCs w:val="24"/>
        </w:rPr>
        <w:t>Female  □</w:t>
      </w:r>
      <w:proofErr w:type="gramEnd"/>
      <w:r w:rsidRPr="00ED17F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D17F6">
        <w:rPr>
          <w:rFonts w:ascii="Times New Roman" w:hAnsi="Times New Roman" w:cs="Times New Roman"/>
          <w:sz w:val="24"/>
          <w:szCs w:val="24"/>
        </w:rPr>
        <w:t>Male  □</w:t>
      </w:r>
      <w:proofErr w:type="gramEnd"/>
      <w:r w:rsidRPr="00ED17F6">
        <w:rPr>
          <w:rFonts w:ascii="Times New Roman" w:hAnsi="Times New Roman" w:cs="Times New Roman"/>
          <w:sz w:val="24"/>
          <w:szCs w:val="24"/>
        </w:rPr>
        <w:t xml:space="preserve"> Prefer not to say</w:t>
      </w:r>
    </w:p>
    <w:p w14:paraId="1FB7598D" w14:textId="77777777" w:rsidR="00845E78" w:rsidRPr="00ED17F6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14627">
        <w:rPr>
          <w:rFonts w:ascii="Times New Roman" w:hAnsi="Times New Roman" w:cs="Times New Roman"/>
          <w:b/>
          <w:bCs/>
          <w:sz w:val="24"/>
          <w:szCs w:val="24"/>
        </w:rPr>
        <w:t>2)</w:t>
      </w:r>
      <w:r w:rsidRPr="00ED17F6">
        <w:rPr>
          <w:rFonts w:ascii="Times New Roman" w:hAnsi="Times New Roman" w:cs="Times New Roman"/>
          <w:sz w:val="24"/>
          <w:szCs w:val="24"/>
        </w:rPr>
        <w:t xml:space="preserve"> Year of birth: ………</w:t>
      </w:r>
    </w:p>
    <w:p w14:paraId="57F33071" w14:textId="77777777" w:rsidR="00845E78" w:rsidRPr="00ED17F6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14627">
        <w:rPr>
          <w:rFonts w:ascii="Times New Roman" w:hAnsi="Times New Roman" w:cs="Times New Roman"/>
          <w:b/>
          <w:bCs/>
          <w:sz w:val="24"/>
          <w:szCs w:val="24"/>
        </w:rPr>
        <w:t>3)</w:t>
      </w:r>
      <w:r w:rsidRPr="00ED17F6">
        <w:rPr>
          <w:rFonts w:ascii="Times New Roman" w:hAnsi="Times New Roman" w:cs="Times New Roman"/>
          <w:sz w:val="24"/>
          <w:szCs w:val="24"/>
        </w:rPr>
        <w:t xml:space="preserve"> Marital status:</w:t>
      </w:r>
      <w:r w:rsidRPr="00ED17F6">
        <w:rPr>
          <w:rFonts w:ascii="Times New Roman" w:hAnsi="Times New Roman" w:cs="Times New Roman"/>
          <w:sz w:val="24"/>
          <w:szCs w:val="24"/>
        </w:rPr>
        <w:br/>
        <w:t>□ Married □ Single □ Divorced □ Widowed</w:t>
      </w:r>
    </w:p>
    <w:p w14:paraId="3EE61CAB" w14:textId="77777777" w:rsidR="00814627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814627" w:rsidSect="00034616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 w:rsidRPr="00814627">
        <w:rPr>
          <w:rFonts w:ascii="Times New Roman" w:hAnsi="Times New Roman" w:cs="Times New Roman"/>
          <w:b/>
          <w:bCs/>
          <w:sz w:val="24"/>
          <w:szCs w:val="24"/>
        </w:rPr>
        <w:t>4)</w:t>
      </w:r>
      <w:r w:rsidRPr="00ED17F6">
        <w:rPr>
          <w:rFonts w:ascii="Times New Roman" w:hAnsi="Times New Roman" w:cs="Times New Roman"/>
          <w:sz w:val="24"/>
          <w:szCs w:val="24"/>
        </w:rPr>
        <w:t xml:space="preserve"> Educational background:</w:t>
      </w:r>
      <w:r w:rsidRPr="00ED17F6">
        <w:rPr>
          <w:rFonts w:ascii="Times New Roman" w:hAnsi="Times New Roman" w:cs="Times New Roman"/>
          <w:sz w:val="24"/>
          <w:szCs w:val="24"/>
        </w:rPr>
        <w:br/>
      </w:r>
    </w:p>
    <w:p w14:paraId="1CE6A13E" w14:textId="26CEEFA0" w:rsidR="00814627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814627" w:rsidSect="00814627">
          <w:type w:val="continuous"/>
          <w:pgSz w:w="12240" w:h="15840"/>
          <w:pgMar w:top="1440" w:right="1800" w:bottom="1440" w:left="1800" w:header="720" w:footer="720" w:gutter="0"/>
          <w:cols w:num="2" w:space="720"/>
          <w:docGrid w:linePitch="360"/>
        </w:sectPr>
      </w:pPr>
      <w:r w:rsidRPr="00ED17F6">
        <w:rPr>
          <w:rFonts w:ascii="Times New Roman" w:hAnsi="Times New Roman" w:cs="Times New Roman"/>
          <w:sz w:val="24"/>
          <w:szCs w:val="24"/>
        </w:rPr>
        <w:t>□ Primary school</w:t>
      </w:r>
      <w:r w:rsidRPr="00ED17F6">
        <w:rPr>
          <w:rFonts w:ascii="Times New Roman" w:hAnsi="Times New Roman" w:cs="Times New Roman"/>
          <w:sz w:val="24"/>
          <w:szCs w:val="24"/>
        </w:rPr>
        <w:br/>
        <w:t>□ Secondary school</w:t>
      </w:r>
      <w:r w:rsidRPr="00ED17F6">
        <w:rPr>
          <w:rFonts w:ascii="Times New Roman" w:hAnsi="Times New Roman" w:cs="Times New Roman"/>
          <w:sz w:val="24"/>
          <w:szCs w:val="24"/>
        </w:rPr>
        <w:br/>
        <w:t>□ High school or equivalent</w:t>
      </w:r>
      <w:r w:rsidRPr="00ED17F6">
        <w:rPr>
          <w:rFonts w:ascii="Times New Roman" w:hAnsi="Times New Roman" w:cs="Times New Roman"/>
          <w:sz w:val="24"/>
          <w:szCs w:val="24"/>
        </w:rPr>
        <w:br/>
        <w:t>□ Vocational school / Associate degree</w:t>
      </w:r>
      <w:r w:rsidRPr="00ED17F6">
        <w:rPr>
          <w:rFonts w:ascii="Times New Roman" w:hAnsi="Times New Roman" w:cs="Times New Roman"/>
          <w:sz w:val="24"/>
          <w:szCs w:val="24"/>
        </w:rPr>
        <w:br/>
      </w:r>
      <w:r w:rsidRPr="00ED17F6">
        <w:rPr>
          <w:rFonts w:ascii="Times New Roman" w:hAnsi="Times New Roman" w:cs="Times New Roman"/>
          <w:sz w:val="24"/>
          <w:szCs w:val="24"/>
        </w:rPr>
        <w:t>□ University / Bachelor’s degree</w:t>
      </w:r>
      <w:r w:rsidRPr="00ED17F6">
        <w:rPr>
          <w:rFonts w:ascii="Times New Roman" w:hAnsi="Times New Roman" w:cs="Times New Roman"/>
          <w:sz w:val="24"/>
          <w:szCs w:val="24"/>
        </w:rPr>
        <w:br/>
        <w:t>□ Master’s degree</w:t>
      </w:r>
      <w:r w:rsidRPr="00ED17F6">
        <w:rPr>
          <w:rFonts w:ascii="Times New Roman" w:hAnsi="Times New Roman" w:cs="Times New Roman"/>
          <w:sz w:val="24"/>
          <w:szCs w:val="24"/>
        </w:rPr>
        <w:br/>
        <w:t>□ Doctorat</w:t>
      </w:r>
      <w:r w:rsidR="00814627">
        <w:rPr>
          <w:rFonts w:ascii="Times New Roman" w:hAnsi="Times New Roman" w:cs="Times New Roman"/>
          <w:sz w:val="24"/>
          <w:szCs w:val="24"/>
        </w:rPr>
        <w:t>e</w:t>
      </w:r>
    </w:p>
    <w:p w14:paraId="49D7AB94" w14:textId="77777777" w:rsidR="00845E78" w:rsidRPr="00ED17F6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14627">
        <w:rPr>
          <w:rFonts w:ascii="Times New Roman" w:hAnsi="Times New Roman" w:cs="Times New Roman"/>
          <w:b/>
          <w:bCs/>
          <w:sz w:val="24"/>
          <w:szCs w:val="24"/>
        </w:rPr>
        <w:t>5)</w:t>
      </w:r>
      <w:r w:rsidRPr="00ED17F6">
        <w:rPr>
          <w:rFonts w:ascii="Times New Roman" w:hAnsi="Times New Roman" w:cs="Times New Roman"/>
          <w:sz w:val="24"/>
          <w:szCs w:val="24"/>
        </w:rPr>
        <w:t xml:space="preserve"> Your profession:</w:t>
      </w:r>
      <w:r w:rsidRPr="00ED17F6">
        <w:rPr>
          <w:rFonts w:ascii="Times New Roman" w:hAnsi="Times New Roman" w:cs="Times New Roman"/>
          <w:sz w:val="24"/>
          <w:szCs w:val="24"/>
        </w:rPr>
        <w:br/>
        <w:t>□ Pharmacist</w:t>
      </w:r>
      <w:r w:rsidRPr="00ED17F6">
        <w:rPr>
          <w:rFonts w:ascii="Times New Roman" w:hAnsi="Times New Roman" w:cs="Times New Roman"/>
          <w:sz w:val="24"/>
          <w:szCs w:val="24"/>
        </w:rPr>
        <w:br/>
        <w:t>□ Pharmacy technician</w:t>
      </w:r>
      <w:r w:rsidRPr="00ED17F6">
        <w:rPr>
          <w:rFonts w:ascii="Times New Roman" w:hAnsi="Times New Roman" w:cs="Times New Roman"/>
          <w:sz w:val="24"/>
          <w:szCs w:val="24"/>
        </w:rPr>
        <w:br/>
        <w:t>□ Auxiliary staff</w:t>
      </w:r>
      <w:r w:rsidRPr="00ED17F6">
        <w:rPr>
          <w:rFonts w:ascii="Times New Roman" w:hAnsi="Times New Roman" w:cs="Times New Roman"/>
          <w:sz w:val="24"/>
          <w:szCs w:val="24"/>
        </w:rPr>
        <w:br/>
        <w:t>□ Other</w:t>
      </w:r>
    </w:p>
    <w:p w14:paraId="71DE1658" w14:textId="77777777" w:rsidR="00845E78" w:rsidRPr="00ED17F6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14627">
        <w:rPr>
          <w:rFonts w:ascii="Times New Roman" w:hAnsi="Times New Roman" w:cs="Times New Roman"/>
          <w:b/>
          <w:bCs/>
          <w:sz w:val="24"/>
          <w:szCs w:val="24"/>
        </w:rPr>
        <w:t>6)</w:t>
      </w:r>
      <w:r w:rsidRPr="00ED17F6">
        <w:rPr>
          <w:rFonts w:ascii="Times New Roman" w:hAnsi="Times New Roman" w:cs="Times New Roman"/>
          <w:sz w:val="24"/>
          <w:szCs w:val="24"/>
        </w:rPr>
        <w:t xml:space="preserve"> How many years have you been practicing this profession? Please specify: ………</w:t>
      </w:r>
    </w:p>
    <w:p w14:paraId="700C160B" w14:textId="77777777" w:rsidR="00845E78" w:rsidRPr="00ED17F6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14627">
        <w:rPr>
          <w:rFonts w:ascii="Times New Roman" w:hAnsi="Times New Roman" w:cs="Times New Roman"/>
          <w:b/>
          <w:bCs/>
          <w:sz w:val="24"/>
          <w:szCs w:val="24"/>
        </w:rPr>
        <w:t>7)</w:t>
      </w:r>
      <w:r w:rsidRPr="00ED17F6">
        <w:rPr>
          <w:rFonts w:ascii="Times New Roman" w:hAnsi="Times New Roman" w:cs="Times New Roman"/>
          <w:sz w:val="24"/>
          <w:szCs w:val="24"/>
        </w:rPr>
        <w:t xml:space="preserve"> District where your pharmacy is located: ………</w:t>
      </w:r>
    </w:p>
    <w:p w14:paraId="1AB68960" w14:textId="77777777" w:rsidR="00845E78" w:rsidRPr="00ED17F6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14627">
        <w:rPr>
          <w:rFonts w:ascii="Times New Roman" w:hAnsi="Times New Roman" w:cs="Times New Roman"/>
          <w:b/>
          <w:bCs/>
          <w:sz w:val="24"/>
          <w:szCs w:val="24"/>
        </w:rPr>
        <w:lastRenderedPageBreak/>
        <w:t>8)</w:t>
      </w:r>
      <w:r w:rsidRPr="00ED17F6">
        <w:rPr>
          <w:rFonts w:ascii="Times New Roman" w:hAnsi="Times New Roman" w:cs="Times New Roman"/>
          <w:sz w:val="24"/>
          <w:szCs w:val="24"/>
        </w:rPr>
        <w:t xml:space="preserve"> How many years has your pharmacy been operating in the same location? Please specify: ………</w:t>
      </w:r>
    </w:p>
    <w:p w14:paraId="6BCB97C0" w14:textId="77777777" w:rsidR="00814627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814627" w:rsidSect="00814627">
          <w:type w:val="continuous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 w:rsidRPr="00814627">
        <w:rPr>
          <w:rFonts w:ascii="Times New Roman" w:hAnsi="Times New Roman" w:cs="Times New Roman"/>
          <w:b/>
          <w:bCs/>
          <w:sz w:val="24"/>
          <w:szCs w:val="24"/>
        </w:rPr>
        <w:t>9)</w:t>
      </w:r>
      <w:r w:rsidRPr="00ED17F6">
        <w:rPr>
          <w:rFonts w:ascii="Times New Roman" w:hAnsi="Times New Roman" w:cs="Times New Roman"/>
          <w:sz w:val="24"/>
          <w:szCs w:val="24"/>
        </w:rPr>
        <w:t xml:space="preserve"> What type of area is your pharmacy located in?</w:t>
      </w:r>
      <w:r w:rsidRPr="00ED17F6">
        <w:rPr>
          <w:rFonts w:ascii="Times New Roman" w:hAnsi="Times New Roman" w:cs="Times New Roman"/>
          <w:sz w:val="24"/>
          <w:szCs w:val="24"/>
        </w:rPr>
        <w:br/>
      </w:r>
    </w:p>
    <w:p w14:paraId="7C899DA7" w14:textId="77777777" w:rsidR="00814627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814627" w:rsidSect="00814627">
          <w:type w:val="continuous"/>
          <w:pgSz w:w="12240" w:h="15840"/>
          <w:pgMar w:top="1440" w:right="1800" w:bottom="1440" w:left="1800" w:header="720" w:footer="720" w:gutter="0"/>
          <w:cols w:num="2" w:space="720"/>
          <w:docGrid w:linePitch="360"/>
        </w:sectPr>
      </w:pPr>
      <w:r w:rsidRPr="00ED17F6">
        <w:rPr>
          <w:rFonts w:ascii="Times New Roman" w:hAnsi="Times New Roman" w:cs="Times New Roman"/>
          <w:sz w:val="24"/>
          <w:szCs w:val="24"/>
        </w:rPr>
        <w:t>□ Across from a hospital</w:t>
      </w:r>
      <w:r w:rsidRPr="00ED17F6">
        <w:rPr>
          <w:rFonts w:ascii="Times New Roman" w:hAnsi="Times New Roman" w:cs="Times New Roman"/>
          <w:sz w:val="24"/>
          <w:szCs w:val="24"/>
        </w:rPr>
        <w:br/>
        <w:t>□ Across from a primary care center (Family Health Center)</w:t>
      </w:r>
      <w:r w:rsidRPr="00ED17F6">
        <w:rPr>
          <w:rFonts w:ascii="Times New Roman" w:hAnsi="Times New Roman" w:cs="Times New Roman"/>
          <w:sz w:val="24"/>
          <w:szCs w:val="24"/>
        </w:rPr>
        <w:br/>
      </w:r>
      <w:r w:rsidRPr="00ED17F6">
        <w:rPr>
          <w:rFonts w:ascii="Times New Roman" w:hAnsi="Times New Roman" w:cs="Times New Roman"/>
          <w:sz w:val="24"/>
          <w:szCs w:val="24"/>
        </w:rPr>
        <w:t>□ Neighborhood pharmacy</w:t>
      </w:r>
      <w:r w:rsidRPr="00ED17F6">
        <w:rPr>
          <w:rFonts w:ascii="Times New Roman" w:hAnsi="Times New Roman" w:cs="Times New Roman"/>
          <w:sz w:val="24"/>
          <w:szCs w:val="24"/>
        </w:rPr>
        <w:br/>
        <w:t>□ Shopping mall pharmacy</w:t>
      </w:r>
      <w:r w:rsidRPr="00ED17F6">
        <w:rPr>
          <w:rFonts w:ascii="Times New Roman" w:hAnsi="Times New Roman" w:cs="Times New Roman"/>
          <w:sz w:val="24"/>
          <w:szCs w:val="24"/>
        </w:rPr>
        <w:br/>
        <w:t>□ Other (please specify): ………</w:t>
      </w:r>
    </w:p>
    <w:p w14:paraId="710CEAED" w14:textId="77777777" w:rsidR="00845E78" w:rsidRPr="00ED17F6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14627">
        <w:rPr>
          <w:rFonts w:ascii="Times New Roman" w:hAnsi="Times New Roman" w:cs="Times New Roman"/>
          <w:b/>
          <w:bCs/>
          <w:sz w:val="24"/>
          <w:szCs w:val="24"/>
        </w:rPr>
        <w:t>10)</w:t>
      </w:r>
      <w:r w:rsidRPr="00ED17F6">
        <w:rPr>
          <w:rFonts w:ascii="Times New Roman" w:hAnsi="Times New Roman" w:cs="Times New Roman"/>
          <w:sz w:val="24"/>
          <w:szCs w:val="24"/>
        </w:rPr>
        <w:t xml:space="preserve"> Did you choose your profession willingly?</w:t>
      </w:r>
      <w:r w:rsidRPr="00ED17F6">
        <w:rPr>
          <w:rFonts w:ascii="Times New Roman" w:hAnsi="Times New Roman" w:cs="Times New Roman"/>
          <w:sz w:val="24"/>
          <w:szCs w:val="24"/>
        </w:rPr>
        <w:br/>
        <w:t>□ Yes □ No</w:t>
      </w:r>
    </w:p>
    <w:p w14:paraId="179D89E6" w14:textId="77777777" w:rsidR="00845E78" w:rsidRPr="00ED17F6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14627">
        <w:rPr>
          <w:rFonts w:ascii="Times New Roman" w:hAnsi="Times New Roman" w:cs="Times New Roman"/>
          <w:b/>
          <w:bCs/>
          <w:sz w:val="24"/>
          <w:szCs w:val="24"/>
        </w:rPr>
        <w:t>11)</w:t>
      </w:r>
      <w:r w:rsidRPr="00ED17F6">
        <w:rPr>
          <w:rFonts w:ascii="Times New Roman" w:hAnsi="Times New Roman" w:cs="Times New Roman"/>
          <w:sz w:val="24"/>
          <w:szCs w:val="24"/>
        </w:rPr>
        <w:t xml:space="preserve"> Are you satisfied with your profession?</w:t>
      </w:r>
      <w:r w:rsidRPr="00ED17F6">
        <w:rPr>
          <w:rFonts w:ascii="Times New Roman" w:hAnsi="Times New Roman" w:cs="Times New Roman"/>
          <w:sz w:val="24"/>
          <w:szCs w:val="24"/>
        </w:rPr>
        <w:br/>
        <w:t>□ Satisfied □ Partially □ Not satisfied</w:t>
      </w:r>
    </w:p>
    <w:p w14:paraId="11C00384" w14:textId="77777777" w:rsidR="00845E78" w:rsidRPr="00ED17F6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14627">
        <w:rPr>
          <w:rFonts w:ascii="Times New Roman" w:hAnsi="Times New Roman" w:cs="Times New Roman"/>
          <w:b/>
          <w:bCs/>
          <w:sz w:val="24"/>
          <w:szCs w:val="24"/>
        </w:rPr>
        <w:t>12)</w:t>
      </w:r>
      <w:r w:rsidRPr="00ED17F6">
        <w:rPr>
          <w:rFonts w:ascii="Times New Roman" w:hAnsi="Times New Roman" w:cs="Times New Roman"/>
          <w:sz w:val="24"/>
          <w:szCs w:val="24"/>
        </w:rPr>
        <w:t xml:space="preserve"> Is there another pharmacist working in your pharmacy?</w:t>
      </w:r>
      <w:r w:rsidRPr="00ED17F6">
        <w:rPr>
          <w:rFonts w:ascii="Times New Roman" w:hAnsi="Times New Roman" w:cs="Times New Roman"/>
          <w:sz w:val="24"/>
          <w:szCs w:val="24"/>
        </w:rPr>
        <w:br/>
        <w:t>□ Yes □ No</w:t>
      </w:r>
    </w:p>
    <w:p w14:paraId="0E5392F5" w14:textId="77777777" w:rsidR="00845E78" w:rsidRPr="00ED17F6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14627">
        <w:rPr>
          <w:rFonts w:ascii="Times New Roman" w:hAnsi="Times New Roman" w:cs="Times New Roman"/>
          <w:b/>
          <w:bCs/>
          <w:sz w:val="24"/>
          <w:szCs w:val="24"/>
        </w:rPr>
        <w:t>13)</w:t>
      </w:r>
      <w:r w:rsidRPr="00ED17F6">
        <w:rPr>
          <w:rFonts w:ascii="Times New Roman" w:hAnsi="Times New Roman" w:cs="Times New Roman"/>
          <w:sz w:val="24"/>
          <w:szCs w:val="24"/>
        </w:rPr>
        <w:t xml:space="preserve"> If yes, how many pharmacists (other than you) are employed in your pharmacy? Please specify: ………</w:t>
      </w:r>
    </w:p>
    <w:p w14:paraId="373976BA" w14:textId="77777777" w:rsidR="00845E78" w:rsidRPr="00ED17F6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14627">
        <w:rPr>
          <w:rFonts w:ascii="Times New Roman" w:hAnsi="Times New Roman" w:cs="Times New Roman"/>
          <w:b/>
          <w:bCs/>
          <w:sz w:val="24"/>
          <w:szCs w:val="24"/>
        </w:rPr>
        <w:t>14)</w:t>
      </w:r>
      <w:r w:rsidRPr="00ED17F6">
        <w:rPr>
          <w:rFonts w:ascii="Times New Roman" w:hAnsi="Times New Roman" w:cs="Times New Roman"/>
          <w:sz w:val="24"/>
          <w:szCs w:val="24"/>
        </w:rPr>
        <w:t xml:space="preserve"> How many pharmacy technicians are employed in your pharmacy (other than you)?</w:t>
      </w:r>
      <w:r w:rsidRPr="00ED17F6">
        <w:rPr>
          <w:rFonts w:ascii="Times New Roman" w:hAnsi="Times New Roman" w:cs="Times New Roman"/>
          <w:sz w:val="24"/>
          <w:szCs w:val="24"/>
        </w:rPr>
        <w:br/>
        <w:t>□ 1 □ 2 □ 3 □ 4 □ 5 or more</w:t>
      </w:r>
    </w:p>
    <w:p w14:paraId="328CA07A" w14:textId="77777777" w:rsidR="00845E78" w:rsidRPr="00ED17F6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14627">
        <w:rPr>
          <w:rFonts w:ascii="Times New Roman" w:hAnsi="Times New Roman" w:cs="Times New Roman"/>
          <w:b/>
          <w:bCs/>
          <w:sz w:val="24"/>
          <w:szCs w:val="24"/>
        </w:rPr>
        <w:t>15)</w:t>
      </w:r>
      <w:r w:rsidRPr="00ED17F6">
        <w:rPr>
          <w:rFonts w:ascii="Times New Roman" w:hAnsi="Times New Roman" w:cs="Times New Roman"/>
          <w:sz w:val="24"/>
          <w:szCs w:val="24"/>
        </w:rPr>
        <w:t xml:space="preserve"> How many auxiliary staff are employed in your pharmacy (other than you)?</w:t>
      </w:r>
      <w:r w:rsidRPr="00ED17F6">
        <w:rPr>
          <w:rFonts w:ascii="Times New Roman" w:hAnsi="Times New Roman" w:cs="Times New Roman"/>
          <w:sz w:val="24"/>
          <w:szCs w:val="24"/>
        </w:rPr>
        <w:br/>
        <w:t>□ 1 □ 2 □ 3 □ 4 □ 5 or more</w:t>
      </w:r>
    </w:p>
    <w:p w14:paraId="57F5392B" w14:textId="77777777" w:rsidR="00845E78" w:rsidRPr="00ED17F6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14627">
        <w:rPr>
          <w:rFonts w:ascii="Times New Roman" w:hAnsi="Times New Roman" w:cs="Times New Roman"/>
          <w:b/>
          <w:bCs/>
          <w:sz w:val="24"/>
          <w:szCs w:val="24"/>
        </w:rPr>
        <w:t>16)</w:t>
      </w:r>
      <w:r w:rsidRPr="00ED17F6">
        <w:rPr>
          <w:rFonts w:ascii="Times New Roman" w:hAnsi="Times New Roman" w:cs="Times New Roman"/>
          <w:sz w:val="24"/>
          <w:szCs w:val="24"/>
        </w:rPr>
        <w:t xml:space="preserve"> Do you work night shifts (on-call duty)?</w:t>
      </w:r>
      <w:r w:rsidRPr="00ED17F6">
        <w:rPr>
          <w:rFonts w:ascii="Times New Roman" w:hAnsi="Times New Roman" w:cs="Times New Roman"/>
          <w:sz w:val="24"/>
          <w:szCs w:val="24"/>
        </w:rPr>
        <w:br/>
        <w:t>□ Yes □ No</w:t>
      </w:r>
    </w:p>
    <w:p w14:paraId="74AEF7DD" w14:textId="77777777" w:rsidR="00814627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814627" w:rsidSect="00814627">
          <w:type w:val="continuous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 w:rsidRPr="00814627">
        <w:rPr>
          <w:rFonts w:ascii="Times New Roman" w:hAnsi="Times New Roman" w:cs="Times New Roman"/>
          <w:b/>
          <w:bCs/>
          <w:sz w:val="24"/>
          <w:szCs w:val="24"/>
        </w:rPr>
        <w:lastRenderedPageBreak/>
        <w:t>17)</w:t>
      </w:r>
      <w:r w:rsidRPr="00ED17F6">
        <w:rPr>
          <w:rFonts w:ascii="Times New Roman" w:hAnsi="Times New Roman" w:cs="Times New Roman"/>
          <w:sz w:val="24"/>
          <w:szCs w:val="24"/>
        </w:rPr>
        <w:t xml:space="preserve"> If yes, how often do you work night shifts?</w:t>
      </w:r>
      <w:r w:rsidRPr="00ED17F6">
        <w:rPr>
          <w:rFonts w:ascii="Times New Roman" w:hAnsi="Times New Roman" w:cs="Times New Roman"/>
          <w:sz w:val="24"/>
          <w:szCs w:val="24"/>
        </w:rPr>
        <w:br/>
      </w:r>
    </w:p>
    <w:p w14:paraId="1FACBD36" w14:textId="77777777" w:rsidR="00814627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D17F6">
        <w:rPr>
          <w:rFonts w:ascii="Times New Roman" w:hAnsi="Times New Roman" w:cs="Times New Roman"/>
          <w:sz w:val="24"/>
          <w:szCs w:val="24"/>
        </w:rPr>
        <w:t>□ Once a month </w:t>
      </w:r>
    </w:p>
    <w:p w14:paraId="72E097C1" w14:textId="77777777" w:rsidR="00814627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D17F6">
        <w:rPr>
          <w:rFonts w:ascii="Times New Roman" w:hAnsi="Times New Roman" w:cs="Times New Roman"/>
          <w:sz w:val="24"/>
          <w:szCs w:val="24"/>
        </w:rPr>
        <w:t>□ Twice a month </w:t>
      </w:r>
    </w:p>
    <w:p w14:paraId="5E44138D" w14:textId="77777777" w:rsidR="00814627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D17F6">
        <w:rPr>
          <w:rFonts w:ascii="Times New Roman" w:hAnsi="Times New Roman" w:cs="Times New Roman"/>
          <w:sz w:val="24"/>
          <w:szCs w:val="24"/>
        </w:rPr>
        <w:t>□ Three times a month</w:t>
      </w:r>
      <w:r w:rsidRPr="00ED17F6">
        <w:rPr>
          <w:rFonts w:ascii="Times New Roman" w:hAnsi="Times New Roman" w:cs="Times New Roman"/>
          <w:sz w:val="24"/>
          <w:szCs w:val="24"/>
        </w:rPr>
        <w:br/>
        <w:t>□ Once every two months </w:t>
      </w:r>
    </w:p>
    <w:p w14:paraId="759F0015" w14:textId="2D2ACE96" w:rsidR="00845E78" w:rsidRPr="00ED17F6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D17F6">
        <w:rPr>
          <w:rFonts w:ascii="Times New Roman" w:hAnsi="Times New Roman" w:cs="Times New Roman"/>
          <w:sz w:val="24"/>
          <w:szCs w:val="24"/>
        </w:rPr>
        <w:t>□ Other (please specify): ………</w:t>
      </w:r>
    </w:p>
    <w:p w14:paraId="7767CBD9" w14:textId="77777777" w:rsidR="00814627" w:rsidRDefault="00814627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814627" w:rsidSect="00814627">
          <w:type w:val="continuous"/>
          <w:pgSz w:w="12240" w:h="15840"/>
          <w:pgMar w:top="1440" w:right="1800" w:bottom="1440" w:left="1800" w:header="720" w:footer="720" w:gutter="0"/>
          <w:cols w:num="2" w:space="720"/>
          <w:docGrid w:linePitch="360"/>
        </w:sectPr>
      </w:pPr>
    </w:p>
    <w:p w14:paraId="6FD3212F" w14:textId="77777777" w:rsidR="00845E78" w:rsidRPr="00ED17F6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14627">
        <w:rPr>
          <w:rFonts w:ascii="Times New Roman" w:hAnsi="Times New Roman" w:cs="Times New Roman"/>
          <w:b/>
          <w:bCs/>
          <w:sz w:val="24"/>
          <w:szCs w:val="24"/>
        </w:rPr>
        <w:t>18)</w:t>
      </w:r>
      <w:r w:rsidRPr="00ED17F6">
        <w:rPr>
          <w:rFonts w:ascii="Times New Roman" w:hAnsi="Times New Roman" w:cs="Times New Roman"/>
          <w:sz w:val="24"/>
          <w:szCs w:val="24"/>
        </w:rPr>
        <w:t xml:space="preserve"> Do you employ additional staff during night shifts?</w:t>
      </w:r>
      <w:r w:rsidRPr="00ED17F6">
        <w:rPr>
          <w:rFonts w:ascii="Times New Roman" w:hAnsi="Times New Roman" w:cs="Times New Roman"/>
          <w:sz w:val="24"/>
          <w:szCs w:val="24"/>
        </w:rPr>
        <w:br/>
        <w:t>□ Yes □ No</w:t>
      </w:r>
    </w:p>
    <w:p w14:paraId="11ACF626" w14:textId="77777777" w:rsidR="00845E78" w:rsidRPr="00ED17F6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14627">
        <w:rPr>
          <w:rFonts w:ascii="Times New Roman" w:hAnsi="Times New Roman" w:cs="Times New Roman"/>
          <w:b/>
          <w:bCs/>
          <w:sz w:val="24"/>
          <w:szCs w:val="24"/>
        </w:rPr>
        <w:t>19)</w:t>
      </w:r>
      <w:r w:rsidRPr="00ED17F6">
        <w:rPr>
          <w:rFonts w:ascii="Times New Roman" w:hAnsi="Times New Roman" w:cs="Times New Roman"/>
          <w:sz w:val="24"/>
          <w:szCs w:val="24"/>
        </w:rPr>
        <w:t xml:space="preserve"> If yes, how many additional staff do you employ?</w:t>
      </w:r>
      <w:r w:rsidRPr="00ED17F6">
        <w:rPr>
          <w:rFonts w:ascii="Times New Roman" w:hAnsi="Times New Roman" w:cs="Times New Roman"/>
          <w:sz w:val="24"/>
          <w:szCs w:val="24"/>
        </w:rPr>
        <w:br/>
        <w:t>□ 1 □ 2 □ 3 or more</w:t>
      </w:r>
    </w:p>
    <w:p w14:paraId="336BBCD6" w14:textId="77777777" w:rsidR="00845E78" w:rsidRPr="00ED17F6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14627">
        <w:rPr>
          <w:rFonts w:ascii="Times New Roman" w:hAnsi="Times New Roman" w:cs="Times New Roman"/>
          <w:b/>
          <w:bCs/>
          <w:sz w:val="24"/>
          <w:szCs w:val="24"/>
        </w:rPr>
        <w:t>20)</w:t>
      </w:r>
      <w:r w:rsidRPr="00ED17F6">
        <w:rPr>
          <w:rFonts w:ascii="Times New Roman" w:hAnsi="Times New Roman" w:cs="Times New Roman"/>
          <w:sz w:val="24"/>
          <w:szCs w:val="24"/>
        </w:rPr>
        <w:t xml:space="preserve"> During your time working in the pharmacy, have you ever been exposed to violent behavior?</w:t>
      </w:r>
      <w:r w:rsidRPr="00ED17F6">
        <w:rPr>
          <w:rFonts w:ascii="Times New Roman" w:hAnsi="Times New Roman" w:cs="Times New Roman"/>
          <w:sz w:val="24"/>
          <w:szCs w:val="24"/>
        </w:rPr>
        <w:br/>
        <w:t>□ Yes □ No</w:t>
      </w:r>
    </w:p>
    <w:p w14:paraId="47383DF3" w14:textId="77777777" w:rsidR="00845E78" w:rsidRPr="00ED17F6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14627">
        <w:rPr>
          <w:rFonts w:ascii="Times New Roman" w:hAnsi="Times New Roman" w:cs="Times New Roman"/>
          <w:b/>
          <w:bCs/>
          <w:sz w:val="24"/>
          <w:szCs w:val="24"/>
        </w:rPr>
        <w:t>21)</w:t>
      </w:r>
      <w:r w:rsidRPr="00ED17F6">
        <w:rPr>
          <w:rFonts w:ascii="Times New Roman" w:hAnsi="Times New Roman" w:cs="Times New Roman"/>
          <w:sz w:val="24"/>
          <w:szCs w:val="24"/>
        </w:rPr>
        <w:t xml:space="preserve"> If your answer is yes, what type of incident did you experience?</w:t>
      </w:r>
      <w:r w:rsidRPr="00ED17F6">
        <w:rPr>
          <w:rFonts w:ascii="Times New Roman" w:hAnsi="Times New Roman" w:cs="Times New Roman"/>
          <w:sz w:val="24"/>
          <w:szCs w:val="24"/>
        </w:rPr>
        <w:br/>
        <w:t>□ Physical violence (e.g., punching, kicking, slapping, stabbing, shooting, biting, physical contact, etc.)</w:t>
      </w:r>
      <w:r w:rsidRPr="00ED17F6">
        <w:rPr>
          <w:rFonts w:ascii="Times New Roman" w:hAnsi="Times New Roman" w:cs="Times New Roman"/>
          <w:sz w:val="24"/>
          <w:szCs w:val="24"/>
        </w:rPr>
        <w:br/>
        <w:t>□ Verbal violence (e.g., threats, insults, swearing, humiliation)</w:t>
      </w:r>
      <w:r w:rsidRPr="00ED17F6">
        <w:rPr>
          <w:rFonts w:ascii="Times New Roman" w:hAnsi="Times New Roman" w:cs="Times New Roman"/>
          <w:sz w:val="24"/>
          <w:szCs w:val="24"/>
        </w:rPr>
        <w:br/>
        <w:t>□ Sexual violence (any unwanted, unsolicited, and unwelcome sexually aggressive behavior that causes distress, intimidation, humiliation, or shame)</w:t>
      </w:r>
      <w:r w:rsidRPr="00ED17F6">
        <w:rPr>
          <w:rFonts w:ascii="Times New Roman" w:hAnsi="Times New Roman" w:cs="Times New Roman"/>
          <w:sz w:val="24"/>
          <w:szCs w:val="24"/>
        </w:rPr>
        <w:br/>
        <w:t>□ Robbery (theft with force or threats)</w:t>
      </w:r>
    </w:p>
    <w:p w14:paraId="53AD75CF" w14:textId="77777777" w:rsidR="00845E78" w:rsidRPr="00ED17F6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14627">
        <w:rPr>
          <w:rFonts w:ascii="Times New Roman" w:hAnsi="Times New Roman" w:cs="Times New Roman"/>
          <w:b/>
          <w:bCs/>
          <w:sz w:val="24"/>
          <w:szCs w:val="24"/>
        </w:rPr>
        <w:t>22)</w:t>
      </w:r>
      <w:r w:rsidRPr="00ED17F6">
        <w:rPr>
          <w:rFonts w:ascii="Times New Roman" w:hAnsi="Times New Roman" w:cs="Times New Roman"/>
          <w:sz w:val="24"/>
          <w:szCs w:val="24"/>
        </w:rPr>
        <w:t xml:space="preserve"> Who committed the act of violence?</w:t>
      </w:r>
      <w:r w:rsidRPr="00ED17F6">
        <w:rPr>
          <w:rFonts w:ascii="Times New Roman" w:hAnsi="Times New Roman" w:cs="Times New Roman"/>
          <w:sz w:val="24"/>
          <w:szCs w:val="24"/>
        </w:rPr>
        <w:br/>
        <w:t>□ Patient □ Patient’s relative □ Customer □ Other (please specify): ………</w:t>
      </w:r>
    </w:p>
    <w:p w14:paraId="408D5A92" w14:textId="77777777" w:rsidR="00845E78" w:rsidRPr="00ED17F6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14627">
        <w:rPr>
          <w:rFonts w:ascii="Times New Roman" w:hAnsi="Times New Roman" w:cs="Times New Roman"/>
          <w:b/>
          <w:bCs/>
          <w:sz w:val="24"/>
          <w:szCs w:val="24"/>
        </w:rPr>
        <w:lastRenderedPageBreak/>
        <w:t>23)</w:t>
      </w:r>
      <w:r w:rsidRPr="00ED17F6">
        <w:rPr>
          <w:rFonts w:ascii="Times New Roman" w:hAnsi="Times New Roman" w:cs="Times New Roman"/>
          <w:sz w:val="24"/>
          <w:szCs w:val="24"/>
        </w:rPr>
        <w:t xml:space="preserve"> What was the gender of the perpetrator?</w:t>
      </w:r>
      <w:r w:rsidRPr="00ED17F6">
        <w:rPr>
          <w:rFonts w:ascii="Times New Roman" w:hAnsi="Times New Roman" w:cs="Times New Roman"/>
          <w:sz w:val="24"/>
          <w:szCs w:val="24"/>
        </w:rPr>
        <w:br/>
        <w:t>□ Male □ Female</w:t>
      </w:r>
    </w:p>
    <w:p w14:paraId="09D85AC0" w14:textId="77777777" w:rsidR="00845E78" w:rsidRPr="00ED17F6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14627">
        <w:rPr>
          <w:rFonts w:ascii="Times New Roman" w:hAnsi="Times New Roman" w:cs="Times New Roman"/>
          <w:b/>
          <w:bCs/>
          <w:sz w:val="24"/>
          <w:szCs w:val="24"/>
        </w:rPr>
        <w:t>24)</w:t>
      </w:r>
      <w:r w:rsidRPr="00ED17F6">
        <w:rPr>
          <w:rFonts w:ascii="Times New Roman" w:hAnsi="Times New Roman" w:cs="Times New Roman"/>
          <w:sz w:val="24"/>
          <w:szCs w:val="24"/>
        </w:rPr>
        <w:t xml:space="preserve"> During your time in the pharmacy, has any of your auxiliary staff been exposed to violent behavior?</w:t>
      </w:r>
      <w:r w:rsidRPr="00ED17F6">
        <w:rPr>
          <w:rFonts w:ascii="Times New Roman" w:hAnsi="Times New Roman" w:cs="Times New Roman"/>
          <w:sz w:val="24"/>
          <w:szCs w:val="24"/>
        </w:rPr>
        <w:br/>
        <w:t>□ Yes □ No</w:t>
      </w:r>
    </w:p>
    <w:p w14:paraId="4C1E24B5" w14:textId="77777777" w:rsidR="00845E78" w:rsidRPr="00ED17F6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14627">
        <w:rPr>
          <w:rFonts w:ascii="Times New Roman" w:hAnsi="Times New Roman" w:cs="Times New Roman"/>
          <w:b/>
          <w:bCs/>
          <w:sz w:val="24"/>
          <w:szCs w:val="24"/>
        </w:rPr>
        <w:t>25)</w:t>
      </w:r>
      <w:r w:rsidRPr="00ED17F6">
        <w:rPr>
          <w:rFonts w:ascii="Times New Roman" w:hAnsi="Times New Roman" w:cs="Times New Roman"/>
          <w:sz w:val="24"/>
          <w:szCs w:val="24"/>
        </w:rPr>
        <w:t xml:space="preserve"> If yes, what type of violent incident occurred?</w:t>
      </w:r>
      <w:r w:rsidRPr="00ED17F6">
        <w:rPr>
          <w:rFonts w:ascii="Times New Roman" w:hAnsi="Times New Roman" w:cs="Times New Roman"/>
          <w:sz w:val="24"/>
          <w:szCs w:val="24"/>
        </w:rPr>
        <w:br/>
        <w:t>□ Physical violence</w:t>
      </w:r>
      <w:r w:rsidRPr="00ED17F6">
        <w:rPr>
          <w:rFonts w:ascii="Times New Roman" w:hAnsi="Times New Roman" w:cs="Times New Roman"/>
          <w:sz w:val="24"/>
          <w:szCs w:val="24"/>
        </w:rPr>
        <w:br/>
        <w:t>□ Verbal violence</w:t>
      </w:r>
      <w:r w:rsidRPr="00ED17F6">
        <w:rPr>
          <w:rFonts w:ascii="Times New Roman" w:hAnsi="Times New Roman" w:cs="Times New Roman"/>
          <w:sz w:val="24"/>
          <w:szCs w:val="24"/>
        </w:rPr>
        <w:br/>
        <w:t>□ Sexual violence</w:t>
      </w:r>
    </w:p>
    <w:p w14:paraId="3B730CFE" w14:textId="77777777" w:rsidR="00845E78" w:rsidRPr="00ED17F6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14627">
        <w:rPr>
          <w:rFonts w:ascii="Times New Roman" w:hAnsi="Times New Roman" w:cs="Times New Roman"/>
          <w:b/>
          <w:bCs/>
          <w:sz w:val="24"/>
          <w:szCs w:val="24"/>
        </w:rPr>
        <w:t>26)</w:t>
      </w:r>
      <w:r w:rsidRPr="00ED17F6">
        <w:rPr>
          <w:rFonts w:ascii="Times New Roman" w:hAnsi="Times New Roman" w:cs="Times New Roman"/>
          <w:sz w:val="24"/>
          <w:szCs w:val="24"/>
        </w:rPr>
        <w:t xml:space="preserve"> Please indicate the frequency with which you personally experienced the following types of violence:</w:t>
      </w:r>
      <w:r w:rsidRPr="00ED17F6">
        <w:rPr>
          <w:rFonts w:ascii="Times New Roman" w:hAnsi="Times New Roman" w:cs="Times New Roman"/>
          <w:sz w:val="24"/>
          <w:szCs w:val="24"/>
        </w:rPr>
        <w:br/>
        <w:t xml:space="preserve">- Physical violence: </w:t>
      </w:r>
      <w:proofErr w:type="gramStart"/>
      <w:r w:rsidRPr="00ED17F6">
        <w:rPr>
          <w:rFonts w:ascii="Times New Roman" w:hAnsi="Times New Roman" w:cs="Times New Roman"/>
          <w:sz w:val="24"/>
          <w:szCs w:val="24"/>
        </w:rPr>
        <w:t>( )</w:t>
      </w:r>
      <w:proofErr w:type="gramEnd"/>
      <w:r w:rsidRPr="00ED17F6">
        <w:rPr>
          <w:rFonts w:ascii="Times New Roman" w:hAnsi="Times New Roman" w:cs="Times New Roman"/>
          <w:sz w:val="24"/>
          <w:szCs w:val="24"/>
        </w:rPr>
        <w:t xml:space="preserve"> Once </w:t>
      </w:r>
      <w:proofErr w:type="gramStart"/>
      <w:r w:rsidRPr="00ED17F6">
        <w:rPr>
          <w:rFonts w:ascii="Times New Roman" w:hAnsi="Times New Roman" w:cs="Times New Roman"/>
          <w:sz w:val="24"/>
          <w:szCs w:val="24"/>
        </w:rPr>
        <w:t>( )</w:t>
      </w:r>
      <w:proofErr w:type="gramEnd"/>
      <w:r w:rsidRPr="00ED17F6">
        <w:rPr>
          <w:rFonts w:ascii="Times New Roman" w:hAnsi="Times New Roman" w:cs="Times New Roman"/>
          <w:sz w:val="24"/>
          <w:szCs w:val="24"/>
        </w:rPr>
        <w:t xml:space="preserve"> 2–4 times </w:t>
      </w:r>
      <w:proofErr w:type="gramStart"/>
      <w:r w:rsidRPr="00ED17F6">
        <w:rPr>
          <w:rFonts w:ascii="Times New Roman" w:hAnsi="Times New Roman" w:cs="Times New Roman"/>
          <w:sz w:val="24"/>
          <w:szCs w:val="24"/>
        </w:rPr>
        <w:t>( )</w:t>
      </w:r>
      <w:proofErr w:type="gramEnd"/>
      <w:r w:rsidRPr="00ED17F6">
        <w:rPr>
          <w:rFonts w:ascii="Times New Roman" w:hAnsi="Times New Roman" w:cs="Times New Roman"/>
          <w:sz w:val="24"/>
          <w:szCs w:val="24"/>
        </w:rPr>
        <w:t xml:space="preserve"> 4–10 times </w:t>
      </w:r>
      <w:proofErr w:type="gramStart"/>
      <w:r w:rsidRPr="00ED17F6">
        <w:rPr>
          <w:rFonts w:ascii="Times New Roman" w:hAnsi="Times New Roman" w:cs="Times New Roman"/>
          <w:sz w:val="24"/>
          <w:szCs w:val="24"/>
        </w:rPr>
        <w:t>( )</w:t>
      </w:r>
      <w:proofErr w:type="gramEnd"/>
      <w:r w:rsidRPr="00ED17F6">
        <w:rPr>
          <w:rFonts w:ascii="Times New Roman" w:hAnsi="Times New Roman" w:cs="Times New Roman"/>
          <w:sz w:val="24"/>
          <w:szCs w:val="24"/>
        </w:rPr>
        <w:t xml:space="preserve"> More than 10 times</w:t>
      </w:r>
      <w:r w:rsidRPr="00ED17F6">
        <w:rPr>
          <w:rFonts w:ascii="Times New Roman" w:hAnsi="Times New Roman" w:cs="Times New Roman"/>
          <w:sz w:val="24"/>
          <w:szCs w:val="24"/>
        </w:rPr>
        <w:br/>
        <w:t xml:space="preserve">- Verbal violence: </w:t>
      </w:r>
      <w:proofErr w:type="gramStart"/>
      <w:r w:rsidRPr="00ED17F6">
        <w:rPr>
          <w:rFonts w:ascii="Times New Roman" w:hAnsi="Times New Roman" w:cs="Times New Roman"/>
          <w:sz w:val="24"/>
          <w:szCs w:val="24"/>
        </w:rPr>
        <w:t>( )</w:t>
      </w:r>
      <w:proofErr w:type="gramEnd"/>
      <w:r w:rsidRPr="00ED17F6">
        <w:rPr>
          <w:rFonts w:ascii="Times New Roman" w:hAnsi="Times New Roman" w:cs="Times New Roman"/>
          <w:sz w:val="24"/>
          <w:szCs w:val="24"/>
        </w:rPr>
        <w:t xml:space="preserve"> Once </w:t>
      </w:r>
      <w:proofErr w:type="gramStart"/>
      <w:r w:rsidRPr="00ED17F6">
        <w:rPr>
          <w:rFonts w:ascii="Times New Roman" w:hAnsi="Times New Roman" w:cs="Times New Roman"/>
          <w:sz w:val="24"/>
          <w:szCs w:val="24"/>
        </w:rPr>
        <w:t>( )</w:t>
      </w:r>
      <w:proofErr w:type="gramEnd"/>
      <w:r w:rsidRPr="00ED17F6">
        <w:rPr>
          <w:rFonts w:ascii="Times New Roman" w:hAnsi="Times New Roman" w:cs="Times New Roman"/>
          <w:sz w:val="24"/>
          <w:szCs w:val="24"/>
        </w:rPr>
        <w:t xml:space="preserve"> 2–4 times </w:t>
      </w:r>
      <w:proofErr w:type="gramStart"/>
      <w:r w:rsidRPr="00ED17F6">
        <w:rPr>
          <w:rFonts w:ascii="Times New Roman" w:hAnsi="Times New Roman" w:cs="Times New Roman"/>
          <w:sz w:val="24"/>
          <w:szCs w:val="24"/>
        </w:rPr>
        <w:t>( )</w:t>
      </w:r>
      <w:proofErr w:type="gramEnd"/>
      <w:r w:rsidRPr="00ED17F6">
        <w:rPr>
          <w:rFonts w:ascii="Times New Roman" w:hAnsi="Times New Roman" w:cs="Times New Roman"/>
          <w:sz w:val="24"/>
          <w:szCs w:val="24"/>
        </w:rPr>
        <w:t xml:space="preserve"> 4–10 times </w:t>
      </w:r>
      <w:proofErr w:type="gramStart"/>
      <w:r w:rsidRPr="00ED17F6">
        <w:rPr>
          <w:rFonts w:ascii="Times New Roman" w:hAnsi="Times New Roman" w:cs="Times New Roman"/>
          <w:sz w:val="24"/>
          <w:szCs w:val="24"/>
        </w:rPr>
        <w:t>( )</w:t>
      </w:r>
      <w:proofErr w:type="gramEnd"/>
      <w:r w:rsidRPr="00ED17F6">
        <w:rPr>
          <w:rFonts w:ascii="Times New Roman" w:hAnsi="Times New Roman" w:cs="Times New Roman"/>
          <w:sz w:val="24"/>
          <w:szCs w:val="24"/>
        </w:rPr>
        <w:t xml:space="preserve"> More than 10 times</w:t>
      </w:r>
      <w:r w:rsidRPr="00ED17F6">
        <w:rPr>
          <w:rFonts w:ascii="Times New Roman" w:hAnsi="Times New Roman" w:cs="Times New Roman"/>
          <w:sz w:val="24"/>
          <w:szCs w:val="24"/>
        </w:rPr>
        <w:br/>
        <w:t xml:space="preserve">- Sexual violence: </w:t>
      </w:r>
      <w:proofErr w:type="gramStart"/>
      <w:r w:rsidRPr="00ED17F6">
        <w:rPr>
          <w:rFonts w:ascii="Times New Roman" w:hAnsi="Times New Roman" w:cs="Times New Roman"/>
          <w:sz w:val="24"/>
          <w:szCs w:val="24"/>
        </w:rPr>
        <w:t>( )</w:t>
      </w:r>
      <w:proofErr w:type="gramEnd"/>
      <w:r w:rsidRPr="00ED17F6">
        <w:rPr>
          <w:rFonts w:ascii="Times New Roman" w:hAnsi="Times New Roman" w:cs="Times New Roman"/>
          <w:sz w:val="24"/>
          <w:szCs w:val="24"/>
        </w:rPr>
        <w:t xml:space="preserve"> Once </w:t>
      </w:r>
      <w:proofErr w:type="gramStart"/>
      <w:r w:rsidRPr="00ED17F6">
        <w:rPr>
          <w:rFonts w:ascii="Times New Roman" w:hAnsi="Times New Roman" w:cs="Times New Roman"/>
          <w:sz w:val="24"/>
          <w:szCs w:val="24"/>
        </w:rPr>
        <w:t>( )</w:t>
      </w:r>
      <w:proofErr w:type="gramEnd"/>
      <w:r w:rsidRPr="00ED17F6">
        <w:rPr>
          <w:rFonts w:ascii="Times New Roman" w:hAnsi="Times New Roman" w:cs="Times New Roman"/>
          <w:sz w:val="24"/>
          <w:szCs w:val="24"/>
        </w:rPr>
        <w:t xml:space="preserve"> 2–4 times </w:t>
      </w:r>
      <w:proofErr w:type="gramStart"/>
      <w:r w:rsidRPr="00ED17F6">
        <w:rPr>
          <w:rFonts w:ascii="Times New Roman" w:hAnsi="Times New Roman" w:cs="Times New Roman"/>
          <w:sz w:val="24"/>
          <w:szCs w:val="24"/>
        </w:rPr>
        <w:t>( )</w:t>
      </w:r>
      <w:proofErr w:type="gramEnd"/>
      <w:r w:rsidRPr="00ED17F6">
        <w:rPr>
          <w:rFonts w:ascii="Times New Roman" w:hAnsi="Times New Roman" w:cs="Times New Roman"/>
          <w:sz w:val="24"/>
          <w:szCs w:val="24"/>
        </w:rPr>
        <w:t xml:space="preserve"> 4–10 times </w:t>
      </w:r>
      <w:proofErr w:type="gramStart"/>
      <w:r w:rsidRPr="00ED17F6">
        <w:rPr>
          <w:rFonts w:ascii="Times New Roman" w:hAnsi="Times New Roman" w:cs="Times New Roman"/>
          <w:sz w:val="24"/>
          <w:szCs w:val="24"/>
        </w:rPr>
        <w:t>( )</w:t>
      </w:r>
      <w:proofErr w:type="gramEnd"/>
      <w:r w:rsidRPr="00ED17F6">
        <w:rPr>
          <w:rFonts w:ascii="Times New Roman" w:hAnsi="Times New Roman" w:cs="Times New Roman"/>
          <w:sz w:val="24"/>
          <w:szCs w:val="24"/>
        </w:rPr>
        <w:t xml:space="preserve"> More than 10 times</w:t>
      </w:r>
    </w:p>
    <w:p w14:paraId="47C652ED" w14:textId="77777777" w:rsidR="00845E78" w:rsidRPr="00ED17F6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14627">
        <w:rPr>
          <w:rFonts w:ascii="Times New Roman" w:hAnsi="Times New Roman" w:cs="Times New Roman"/>
          <w:b/>
          <w:bCs/>
          <w:sz w:val="24"/>
          <w:szCs w:val="24"/>
        </w:rPr>
        <w:t>27)</w:t>
      </w:r>
      <w:r w:rsidRPr="00ED17F6">
        <w:rPr>
          <w:rFonts w:ascii="Times New Roman" w:hAnsi="Times New Roman" w:cs="Times New Roman"/>
          <w:sz w:val="24"/>
          <w:szCs w:val="24"/>
        </w:rPr>
        <w:t xml:space="preserve"> Do you think your pharmacy is located in a safe area?</w:t>
      </w:r>
      <w:r w:rsidRPr="00ED17F6">
        <w:rPr>
          <w:rFonts w:ascii="Times New Roman" w:hAnsi="Times New Roman" w:cs="Times New Roman"/>
          <w:sz w:val="24"/>
          <w:szCs w:val="24"/>
        </w:rPr>
        <w:br/>
        <w:t>□ Yes □ No</w:t>
      </w:r>
    </w:p>
    <w:p w14:paraId="0F64480F" w14:textId="77777777" w:rsidR="00814627" w:rsidRDefault="00000000" w:rsidP="00814627">
      <w:pPr>
        <w:spacing w:after="0" w:line="480" w:lineRule="auto"/>
        <w:rPr>
          <w:rFonts w:ascii="Times New Roman" w:hAnsi="Times New Roman" w:cs="Times New Roman"/>
          <w:sz w:val="24"/>
          <w:szCs w:val="24"/>
        </w:rPr>
        <w:sectPr w:rsidR="00814627" w:rsidSect="00814627">
          <w:type w:val="continuous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 w:rsidRPr="00814627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ED17F6" w:rsidRPr="00814627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814627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ED17F6">
        <w:rPr>
          <w:rFonts w:ascii="Times New Roman" w:hAnsi="Times New Roman" w:cs="Times New Roman"/>
          <w:sz w:val="24"/>
          <w:szCs w:val="24"/>
        </w:rPr>
        <w:t xml:space="preserve"> If yes, what kind of security measures have you taken? (Multiple choices allowed)</w:t>
      </w:r>
      <w:r w:rsidRPr="00ED17F6">
        <w:rPr>
          <w:rFonts w:ascii="Times New Roman" w:hAnsi="Times New Roman" w:cs="Times New Roman"/>
          <w:sz w:val="24"/>
          <w:szCs w:val="24"/>
        </w:rPr>
        <w:br/>
      </w:r>
    </w:p>
    <w:p w14:paraId="1BF0BDF3" w14:textId="2C0B64B3" w:rsidR="00845E78" w:rsidRDefault="00000000" w:rsidP="00814627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ED17F6">
        <w:rPr>
          <w:rFonts w:ascii="Times New Roman" w:hAnsi="Times New Roman" w:cs="Times New Roman"/>
          <w:sz w:val="24"/>
          <w:szCs w:val="24"/>
        </w:rPr>
        <w:t>1. Alarm</w:t>
      </w:r>
      <w:r w:rsidRPr="00ED17F6">
        <w:rPr>
          <w:rFonts w:ascii="Times New Roman" w:hAnsi="Times New Roman" w:cs="Times New Roman"/>
          <w:sz w:val="24"/>
          <w:szCs w:val="24"/>
        </w:rPr>
        <w:br/>
        <w:t>2. Camera</w:t>
      </w:r>
      <w:r w:rsidRPr="00ED17F6">
        <w:rPr>
          <w:rFonts w:ascii="Times New Roman" w:hAnsi="Times New Roman" w:cs="Times New Roman"/>
          <w:sz w:val="24"/>
          <w:szCs w:val="24"/>
        </w:rPr>
        <w:br/>
        <w:t>3. Additional locks</w:t>
      </w:r>
      <w:r w:rsidRPr="00ED17F6">
        <w:rPr>
          <w:rFonts w:ascii="Times New Roman" w:hAnsi="Times New Roman" w:cs="Times New Roman"/>
          <w:sz w:val="24"/>
          <w:szCs w:val="24"/>
        </w:rPr>
        <w:br/>
        <w:t>4. Extra lighting</w:t>
      </w:r>
      <w:r w:rsidRPr="00ED17F6">
        <w:rPr>
          <w:rFonts w:ascii="Times New Roman" w:hAnsi="Times New Roman" w:cs="Times New Roman"/>
          <w:sz w:val="24"/>
          <w:szCs w:val="24"/>
        </w:rPr>
        <w:br/>
      </w:r>
      <w:r w:rsidRPr="00ED17F6">
        <w:rPr>
          <w:rFonts w:ascii="Times New Roman" w:hAnsi="Times New Roman" w:cs="Times New Roman"/>
          <w:sz w:val="24"/>
          <w:szCs w:val="24"/>
        </w:rPr>
        <w:t>5. Shutter protection</w:t>
      </w:r>
      <w:r w:rsidRPr="00ED17F6">
        <w:rPr>
          <w:rFonts w:ascii="Times New Roman" w:hAnsi="Times New Roman" w:cs="Times New Roman"/>
          <w:sz w:val="24"/>
          <w:szCs w:val="24"/>
        </w:rPr>
        <w:br/>
        <w:t>6. Licensed firearm</w:t>
      </w:r>
    </w:p>
    <w:p w14:paraId="466DFF93" w14:textId="11FB4867" w:rsidR="00ED17F6" w:rsidRPr="00ED17F6" w:rsidRDefault="00ED17F6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No security measures</w:t>
      </w:r>
    </w:p>
    <w:p w14:paraId="152D2B1D" w14:textId="77777777" w:rsidR="00814627" w:rsidRDefault="00814627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814627" w:rsidSect="00814627">
          <w:type w:val="continuous"/>
          <w:pgSz w:w="12240" w:h="15840"/>
          <w:pgMar w:top="1440" w:right="1800" w:bottom="1440" w:left="1800" w:header="720" w:footer="720" w:gutter="0"/>
          <w:cols w:num="2" w:space="720"/>
          <w:docGrid w:linePitch="360"/>
        </w:sectPr>
      </w:pPr>
    </w:p>
    <w:p w14:paraId="7DB3D4D6" w14:textId="3AD18F92" w:rsidR="00845E78" w:rsidRPr="00ED17F6" w:rsidRDefault="00ED17F6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14627">
        <w:rPr>
          <w:rFonts w:ascii="Times New Roman" w:hAnsi="Times New Roman" w:cs="Times New Roman"/>
          <w:b/>
          <w:bCs/>
          <w:sz w:val="24"/>
          <w:szCs w:val="24"/>
        </w:rPr>
        <w:lastRenderedPageBreak/>
        <w:t>29)</w:t>
      </w:r>
      <w:r w:rsidRPr="00ED17F6">
        <w:rPr>
          <w:rFonts w:ascii="Times New Roman" w:hAnsi="Times New Roman" w:cs="Times New Roman"/>
          <w:sz w:val="24"/>
          <w:szCs w:val="24"/>
        </w:rPr>
        <w:t xml:space="preserve"> In your opinion, at what time of day do violent incidents mostly occur?</w:t>
      </w:r>
      <w:r w:rsidRPr="00ED17F6">
        <w:rPr>
          <w:rFonts w:ascii="Times New Roman" w:hAnsi="Times New Roman" w:cs="Times New Roman"/>
          <w:sz w:val="24"/>
          <w:szCs w:val="24"/>
        </w:rPr>
        <w:br/>
        <w:t>1. During daytime working hours</w:t>
      </w:r>
      <w:r w:rsidRPr="00ED17F6">
        <w:rPr>
          <w:rFonts w:ascii="Times New Roman" w:hAnsi="Times New Roman" w:cs="Times New Roman"/>
          <w:sz w:val="24"/>
          <w:szCs w:val="24"/>
        </w:rPr>
        <w:br/>
        <w:t>2. At night while on call duty</w:t>
      </w:r>
      <w:r w:rsidRPr="00ED17F6">
        <w:rPr>
          <w:rFonts w:ascii="Times New Roman" w:hAnsi="Times New Roman" w:cs="Times New Roman"/>
          <w:sz w:val="24"/>
          <w:szCs w:val="24"/>
        </w:rPr>
        <w:br/>
        <w:t>3. On weekends and holidays</w:t>
      </w:r>
    </w:p>
    <w:p w14:paraId="76F91378" w14:textId="31A76364" w:rsidR="00845E78" w:rsidRPr="00ED17F6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14627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ED17F6" w:rsidRPr="00814627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814627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ED17F6">
        <w:rPr>
          <w:rFonts w:ascii="Times New Roman" w:hAnsi="Times New Roman" w:cs="Times New Roman"/>
          <w:sz w:val="24"/>
          <w:szCs w:val="24"/>
        </w:rPr>
        <w:t xml:space="preserve"> If you were exposed to violence (verbal, physical, sexual, robbery), how did you respond? (Mark one option only)</w:t>
      </w:r>
      <w:r w:rsidRPr="00ED17F6">
        <w:rPr>
          <w:rFonts w:ascii="Times New Roman" w:hAnsi="Times New Roman" w:cs="Times New Roman"/>
          <w:sz w:val="24"/>
          <w:szCs w:val="24"/>
        </w:rPr>
        <w:br/>
        <w:t>1. I did not react</w:t>
      </w:r>
      <w:r w:rsidRPr="00ED17F6">
        <w:rPr>
          <w:rFonts w:ascii="Times New Roman" w:hAnsi="Times New Roman" w:cs="Times New Roman"/>
          <w:sz w:val="24"/>
          <w:szCs w:val="24"/>
        </w:rPr>
        <w:br/>
        <w:t>2. I tried to defend myself physically</w:t>
      </w:r>
      <w:r w:rsidRPr="00ED17F6">
        <w:rPr>
          <w:rFonts w:ascii="Times New Roman" w:hAnsi="Times New Roman" w:cs="Times New Roman"/>
          <w:sz w:val="24"/>
          <w:szCs w:val="24"/>
        </w:rPr>
        <w:br/>
        <w:t>3. I responded verbally</w:t>
      </w:r>
      <w:r w:rsidRPr="00ED17F6">
        <w:rPr>
          <w:rFonts w:ascii="Times New Roman" w:hAnsi="Times New Roman" w:cs="Times New Roman"/>
          <w:sz w:val="24"/>
          <w:szCs w:val="24"/>
        </w:rPr>
        <w:br/>
        <w:t>4. I called the police</w:t>
      </w:r>
    </w:p>
    <w:p w14:paraId="4C6CDB01" w14:textId="7FE88549" w:rsidR="00845E78" w:rsidRPr="00ED17F6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14627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ED17F6" w:rsidRPr="00814627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814627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ED17F6">
        <w:rPr>
          <w:rFonts w:ascii="Times New Roman" w:hAnsi="Times New Roman" w:cs="Times New Roman"/>
          <w:sz w:val="24"/>
          <w:szCs w:val="24"/>
        </w:rPr>
        <w:t xml:space="preserve"> What legal actions did you take after experiencing violence? (Multiple choices allowed)</w:t>
      </w:r>
      <w:r w:rsidRPr="00ED17F6">
        <w:rPr>
          <w:rFonts w:ascii="Times New Roman" w:hAnsi="Times New Roman" w:cs="Times New Roman"/>
          <w:sz w:val="24"/>
          <w:szCs w:val="24"/>
        </w:rPr>
        <w:br/>
        <w:t>1. Reported to the professional chamber</w:t>
      </w:r>
      <w:r w:rsidRPr="00ED17F6">
        <w:rPr>
          <w:rFonts w:ascii="Times New Roman" w:hAnsi="Times New Roman" w:cs="Times New Roman"/>
          <w:sz w:val="24"/>
          <w:szCs w:val="24"/>
        </w:rPr>
        <w:br/>
        <w:t>2. Filed a complaint to judicial authorities</w:t>
      </w:r>
      <w:r w:rsidRPr="00ED17F6">
        <w:rPr>
          <w:rFonts w:ascii="Times New Roman" w:hAnsi="Times New Roman" w:cs="Times New Roman"/>
          <w:sz w:val="24"/>
          <w:szCs w:val="24"/>
        </w:rPr>
        <w:br/>
        <w:t>3. Reported to law enforcement</w:t>
      </w:r>
      <w:r w:rsidRPr="00ED17F6">
        <w:rPr>
          <w:rFonts w:ascii="Times New Roman" w:hAnsi="Times New Roman" w:cs="Times New Roman"/>
          <w:sz w:val="24"/>
          <w:szCs w:val="24"/>
        </w:rPr>
        <w:br/>
        <w:t>4. Did not report to any authority</w:t>
      </w:r>
    </w:p>
    <w:p w14:paraId="071A8B4F" w14:textId="537B651C" w:rsidR="00845E78" w:rsidRPr="00ED17F6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14627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ED17F6" w:rsidRPr="00814627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814627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ED17F6">
        <w:rPr>
          <w:rFonts w:ascii="Times New Roman" w:hAnsi="Times New Roman" w:cs="Times New Roman"/>
          <w:sz w:val="24"/>
          <w:szCs w:val="24"/>
        </w:rPr>
        <w:t xml:space="preserve"> After filing a judicial complaint, did you follow up on the process regarding the person(s) you complained about?</w:t>
      </w:r>
      <w:r w:rsidRPr="00ED17F6">
        <w:rPr>
          <w:rFonts w:ascii="Times New Roman" w:hAnsi="Times New Roman" w:cs="Times New Roman"/>
          <w:sz w:val="24"/>
          <w:szCs w:val="24"/>
        </w:rPr>
        <w:br/>
        <w:t>□ Yes □ No</w:t>
      </w:r>
    </w:p>
    <w:p w14:paraId="00DBABD7" w14:textId="77777777" w:rsidR="00814627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814627" w:rsidSect="00814627">
          <w:type w:val="continuous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 w:rsidRPr="00814627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ED17F6" w:rsidRPr="00814627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814627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ED17F6">
        <w:rPr>
          <w:rFonts w:ascii="Times New Roman" w:hAnsi="Times New Roman" w:cs="Times New Roman"/>
          <w:sz w:val="24"/>
          <w:szCs w:val="24"/>
        </w:rPr>
        <w:t xml:space="preserve"> What was your reason for not filing a judicial complaint? (Mark one option only)</w:t>
      </w:r>
      <w:r w:rsidRPr="00ED17F6">
        <w:rPr>
          <w:rFonts w:ascii="Times New Roman" w:hAnsi="Times New Roman" w:cs="Times New Roman"/>
          <w:sz w:val="24"/>
          <w:szCs w:val="24"/>
        </w:rPr>
        <w:br/>
      </w:r>
    </w:p>
    <w:p w14:paraId="065C0258" w14:textId="77777777" w:rsidR="00814627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814627" w:rsidSect="00814627">
          <w:type w:val="continuous"/>
          <w:pgSz w:w="12240" w:h="15840"/>
          <w:pgMar w:top="1440" w:right="1800" w:bottom="1440" w:left="1800" w:header="720" w:footer="720" w:gutter="0"/>
          <w:cols w:num="2" w:space="720"/>
          <w:docGrid w:linePitch="360"/>
        </w:sectPr>
      </w:pPr>
      <w:r w:rsidRPr="00ED17F6">
        <w:rPr>
          <w:rFonts w:ascii="Times New Roman" w:hAnsi="Times New Roman" w:cs="Times New Roman"/>
          <w:sz w:val="24"/>
          <w:szCs w:val="24"/>
        </w:rPr>
        <w:t>1. The judicial process is too lengthy</w:t>
      </w:r>
      <w:r w:rsidRPr="00ED17F6">
        <w:rPr>
          <w:rFonts w:ascii="Times New Roman" w:hAnsi="Times New Roman" w:cs="Times New Roman"/>
          <w:sz w:val="24"/>
          <w:szCs w:val="24"/>
        </w:rPr>
        <w:br/>
        <w:t>2. I considered it part of my profession</w:t>
      </w:r>
      <w:r w:rsidRPr="00ED17F6">
        <w:rPr>
          <w:rFonts w:ascii="Times New Roman" w:hAnsi="Times New Roman" w:cs="Times New Roman"/>
          <w:sz w:val="24"/>
          <w:szCs w:val="24"/>
        </w:rPr>
        <w:br/>
      </w:r>
      <w:r w:rsidRPr="00ED17F6">
        <w:rPr>
          <w:rFonts w:ascii="Times New Roman" w:hAnsi="Times New Roman" w:cs="Times New Roman"/>
          <w:sz w:val="24"/>
          <w:szCs w:val="24"/>
        </w:rPr>
        <w:t>3. Fear of harm due to threats</w:t>
      </w:r>
      <w:r w:rsidRPr="00ED17F6">
        <w:rPr>
          <w:rFonts w:ascii="Times New Roman" w:hAnsi="Times New Roman" w:cs="Times New Roman"/>
          <w:sz w:val="24"/>
          <w:szCs w:val="24"/>
        </w:rPr>
        <w:br/>
        <w:t>4. Professional burnout/fatigue</w:t>
      </w:r>
    </w:p>
    <w:p w14:paraId="205F164A" w14:textId="775D5A90" w:rsidR="00845E78" w:rsidRPr="00ED17F6" w:rsidRDefault="00845E78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AE6DE62" w14:textId="603B40BC" w:rsidR="00845E78" w:rsidRPr="00ED17F6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14627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ED17F6" w:rsidRPr="00814627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814627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ED17F6">
        <w:rPr>
          <w:rFonts w:ascii="Times New Roman" w:hAnsi="Times New Roman" w:cs="Times New Roman"/>
          <w:sz w:val="24"/>
          <w:szCs w:val="24"/>
        </w:rPr>
        <w:t xml:space="preserve"> In your opinion, what are the reasons for the increase in violent incidents against pharmacies? (Multiple choices allowed)</w:t>
      </w:r>
      <w:r w:rsidRPr="00ED17F6">
        <w:rPr>
          <w:rFonts w:ascii="Times New Roman" w:hAnsi="Times New Roman" w:cs="Times New Roman"/>
          <w:sz w:val="24"/>
          <w:szCs w:val="24"/>
        </w:rPr>
        <w:br/>
        <w:t>1. Easy accessibility of pharmacies</w:t>
      </w:r>
      <w:r w:rsidRPr="00ED17F6">
        <w:rPr>
          <w:rFonts w:ascii="Times New Roman" w:hAnsi="Times New Roman" w:cs="Times New Roman"/>
          <w:sz w:val="24"/>
          <w:szCs w:val="24"/>
        </w:rPr>
        <w:br/>
        <w:t>2. Increase in violence in society in general</w:t>
      </w:r>
      <w:r w:rsidRPr="00ED17F6">
        <w:rPr>
          <w:rFonts w:ascii="Times New Roman" w:hAnsi="Times New Roman" w:cs="Times New Roman"/>
          <w:sz w:val="24"/>
          <w:szCs w:val="24"/>
        </w:rPr>
        <w:br/>
        <w:t>3. Psychiatric illness of the perpetrator (e.g., schizophrenia, depression)</w:t>
      </w:r>
      <w:r w:rsidRPr="00ED17F6">
        <w:rPr>
          <w:rFonts w:ascii="Times New Roman" w:hAnsi="Times New Roman" w:cs="Times New Roman"/>
          <w:sz w:val="24"/>
          <w:szCs w:val="24"/>
        </w:rPr>
        <w:br/>
        <w:t>4. Substance abuse by the perpetrator</w:t>
      </w:r>
      <w:r w:rsidRPr="00ED17F6">
        <w:rPr>
          <w:rFonts w:ascii="Times New Roman" w:hAnsi="Times New Roman" w:cs="Times New Roman"/>
          <w:sz w:val="24"/>
          <w:szCs w:val="24"/>
        </w:rPr>
        <w:br/>
        <w:t>5. Problems related to the healthcare system (e.g., co-payment of medicines, unavailability of drugs in the market, issues with reimbursement systems)</w:t>
      </w:r>
      <w:r w:rsidRPr="00ED17F6">
        <w:rPr>
          <w:rFonts w:ascii="Times New Roman" w:hAnsi="Times New Roman" w:cs="Times New Roman"/>
          <w:sz w:val="24"/>
          <w:szCs w:val="24"/>
        </w:rPr>
        <w:br/>
        <w:t>6. Current unstable economic conditions in society</w:t>
      </w:r>
      <w:r w:rsidRPr="00ED17F6">
        <w:rPr>
          <w:rFonts w:ascii="Times New Roman" w:hAnsi="Times New Roman" w:cs="Times New Roman"/>
          <w:sz w:val="24"/>
          <w:szCs w:val="24"/>
        </w:rPr>
        <w:br/>
        <w:t>7. Problems related to consultancy services</w:t>
      </w:r>
      <w:r w:rsidRPr="00ED17F6">
        <w:rPr>
          <w:rFonts w:ascii="Times New Roman" w:hAnsi="Times New Roman" w:cs="Times New Roman"/>
          <w:sz w:val="24"/>
          <w:szCs w:val="24"/>
        </w:rPr>
        <w:br/>
        <w:t>8. Other (please specify): ………</w:t>
      </w:r>
    </w:p>
    <w:p w14:paraId="26C8AD9D" w14:textId="77777777" w:rsidR="00814627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814627" w:rsidSect="00814627">
          <w:type w:val="continuous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 w:rsidRPr="00814627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ED17F6" w:rsidRPr="00814627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814627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ED17F6">
        <w:rPr>
          <w:rFonts w:ascii="Times New Roman" w:hAnsi="Times New Roman" w:cs="Times New Roman"/>
          <w:sz w:val="24"/>
          <w:szCs w:val="24"/>
        </w:rPr>
        <w:t xml:space="preserve"> What type of safety strategies would make you feel more secure against violence in pharmacies? (Multiple choices allowed)</w:t>
      </w:r>
      <w:r w:rsidRPr="00ED17F6">
        <w:rPr>
          <w:rFonts w:ascii="Times New Roman" w:hAnsi="Times New Roman" w:cs="Times New Roman"/>
          <w:sz w:val="24"/>
          <w:szCs w:val="24"/>
        </w:rPr>
        <w:br/>
      </w:r>
    </w:p>
    <w:p w14:paraId="508111E9" w14:textId="77777777" w:rsidR="00814627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D17F6">
        <w:rPr>
          <w:rFonts w:ascii="Times New Roman" w:hAnsi="Times New Roman" w:cs="Times New Roman"/>
          <w:sz w:val="24"/>
          <w:szCs w:val="24"/>
        </w:rPr>
        <w:t>1. Security personnel</w:t>
      </w:r>
      <w:r w:rsidRPr="00ED17F6">
        <w:rPr>
          <w:rFonts w:ascii="Times New Roman" w:hAnsi="Times New Roman" w:cs="Times New Roman"/>
          <w:sz w:val="24"/>
          <w:szCs w:val="24"/>
        </w:rPr>
        <w:br/>
        <w:t>2. Metal detector</w:t>
      </w:r>
      <w:r w:rsidRPr="00ED17F6">
        <w:rPr>
          <w:rFonts w:ascii="Times New Roman" w:hAnsi="Times New Roman" w:cs="Times New Roman"/>
          <w:sz w:val="24"/>
          <w:szCs w:val="24"/>
        </w:rPr>
        <w:br/>
        <w:t>3. Higher counters</w:t>
      </w:r>
      <w:r w:rsidRPr="00ED17F6">
        <w:rPr>
          <w:rFonts w:ascii="Times New Roman" w:hAnsi="Times New Roman" w:cs="Times New Roman"/>
          <w:sz w:val="24"/>
          <w:szCs w:val="24"/>
        </w:rPr>
        <w:br/>
        <w:t>4. Training (e.g., strategies to prevent workplace violence, communication skills, conflict resolution, self-defense, etc.)</w:t>
      </w:r>
      <w:r w:rsidRPr="00ED17F6">
        <w:rPr>
          <w:rFonts w:ascii="Times New Roman" w:hAnsi="Times New Roman" w:cs="Times New Roman"/>
          <w:sz w:val="24"/>
          <w:szCs w:val="24"/>
        </w:rPr>
        <w:br/>
      </w:r>
    </w:p>
    <w:p w14:paraId="05EE5D13" w14:textId="6E6C6C3B" w:rsidR="00845E78" w:rsidRPr="00ED17F6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D17F6">
        <w:rPr>
          <w:rFonts w:ascii="Times New Roman" w:hAnsi="Times New Roman" w:cs="Times New Roman"/>
          <w:sz w:val="24"/>
          <w:szCs w:val="24"/>
        </w:rPr>
        <w:t>5. Increased police/gendarmerie patrols during night shifts</w:t>
      </w:r>
      <w:r w:rsidRPr="00ED17F6">
        <w:rPr>
          <w:rFonts w:ascii="Times New Roman" w:hAnsi="Times New Roman" w:cs="Times New Roman"/>
          <w:sz w:val="24"/>
          <w:szCs w:val="24"/>
        </w:rPr>
        <w:br/>
        <w:t>6. Panic button</w:t>
      </w:r>
      <w:r w:rsidRPr="00ED17F6">
        <w:rPr>
          <w:rFonts w:ascii="Times New Roman" w:hAnsi="Times New Roman" w:cs="Times New Roman"/>
          <w:sz w:val="24"/>
          <w:szCs w:val="24"/>
        </w:rPr>
        <w:br/>
        <w:t>7. Bulletproof glass</w:t>
      </w:r>
      <w:r w:rsidRPr="00ED17F6">
        <w:rPr>
          <w:rFonts w:ascii="Times New Roman" w:hAnsi="Times New Roman" w:cs="Times New Roman"/>
          <w:sz w:val="24"/>
          <w:szCs w:val="24"/>
        </w:rPr>
        <w:br/>
        <w:t>8. Storing critical medicines in a coded safe</w:t>
      </w:r>
      <w:r w:rsidRPr="00ED17F6">
        <w:rPr>
          <w:rFonts w:ascii="Times New Roman" w:hAnsi="Times New Roman" w:cs="Times New Roman"/>
          <w:sz w:val="24"/>
          <w:szCs w:val="24"/>
        </w:rPr>
        <w:br/>
        <w:t>9. Applying the “white code” system (used in hospitals) also to community pharmacies</w:t>
      </w:r>
    </w:p>
    <w:p w14:paraId="7BB91BF9" w14:textId="77777777" w:rsidR="00814627" w:rsidRDefault="00814627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814627" w:rsidSect="00814627">
          <w:type w:val="continuous"/>
          <w:pgSz w:w="12240" w:h="15840"/>
          <w:pgMar w:top="1440" w:right="1800" w:bottom="1440" w:left="1800" w:header="720" w:footer="720" w:gutter="0"/>
          <w:cols w:num="2" w:space="720"/>
          <w:docGrid w:linePitch="360"/>
        </w:sectPr>
      </w:pPr>
    </w:p>
    <w:p w14:paraId="247564F7" w14:textId="128F6B01" w:rsidR="00845E78" w:rsidRPr="00ED17F6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14627">
        <w:rPr>
          <w:rFonts w:ascii="Times New Roman" w:hAnsi="Times New Roman" w:cs="Times New Roman"/>
          <w:b/>
          <w:bCs/>
          <w:sz w:val="24"/>
          <w:szCs w:val="24"/>
        </w:rPr>
        <w:lastRenderedPageBreak/>
        <w:t>3</w:t>
      </w:r>
      <w:r w:rsidR="00ED17F6" w:rsidRPr="00814627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814627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ED17F6">
        <w:rPr>
          <w:rFonts w:ascii="Times New Roman" w:hAnsi="Times New Roman" w:cs="Times New Roman"/>
          <w:sz w:val="24"/>
          <w:szCs w:val="24"/>
        </w:rPr>
        <w:t xml:space="preserve"> Have you ever participated in any training program (congress, panel, etc.) related to workplace violence?</w:t>
      </w:r>
      <w:r w:rsidRPr="00ED17F6">
        <w:rPr>
          <w:rFonts w:ascii="Times New Roman" w:hAnsi="Times New Roman" w:cs="Times New Roman"/>
          <w:sz w:val="24"/>
          <w:szCs w:val="24"/>
        </w:rPr>
        <w:br/>
        <w:t>□ Yes □ No</w:t>
      </w:r>
    </w:p>
    <w:p w14:paraId="46AF2103" w14:textId="2498D463" w:rsidR="00845E78" w:rsidRPr="00ED17F6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14627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ED17F6" w:rsidRPr="00814627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814627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ED17F6">
        <w:rPr>
          <w:rFonts w:ascii="Times New Roman" w:hAnsi="Times New Roman" w:cs="Times New Roman"/>
          <w:sz w:val="24"/>
          <w:szCs w:val="24"/>
        </w:rPr>
        <w:t xml:space="preserve"> Do you feel concerned about work-related violence?</w:t>
      </w:r>
      <w:r w:rsidRPr="00ED17F6">
        <w:rPr>
          <w:rFonts w:ascii="Times New Roman" w:hAnsi="Times New Roman" w:cs="Times New Roman"/>
          <w:sz w:val="24"/>
          <w:szCs w:val="24"/>
        </w:rPr>
        <w:br/>
        <w:t>□ None □ Low □ Moderate □ High</w:t>
      </w:r>
    </w:p>
    <w:p w14:paraId="029908DE" w14:textId="77777777" w:rsidR="00814627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814627" w:rsidSect="00814627">
          <w:type w:val="continuous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 w:rsidRPr="00814627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ED17F6" w:rsidRPr="00814627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814627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ED17F6">
        <w:rPr>
          <w:rFonts w:ascii="Times New Roman" w:hAnsi="Times New Roman" w:cs="Times New Roman"/>
          <w:sz w:val="24"/>
          <w:szCs w:val="24"/>
        </w:rPr>
        <w:t xml:space="preserve"> How frequently are you exposed to verbal violence?</w:t>
      </w:r>
      <w:r w:rsidRPr="00ED17F6">
        <w:rPr>
          <w:rFonts w:ascii="Times New Roman" w:hAnsi="Times New Roman" w:cs="Times New Roman"/>
          <w:sz w:val="24"/>
          <w:szCs w:val="24"/>
        </w:rPr>
        <w:br/>
      </w:r>
    </w:p>
    <w:p w14:paraId="43F5CB5E" w14:textId="77777777" w:rsidR="00814627" w:rsidRDefault="00000000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814627" w:rsidSect="00814627">
          <w:type w:val="continuous"/>
          <w:pgSz w:w="12240" w:h="15840"/>
          <w:pgMar w:top="1440" w:right="1800" w:bottom="1440" w:left="1800" w:header="720" w:footer="720" w:gutter="0"/>
          <w:cols w:num="2" w:space="720"/>
          <w:docGrid w:linePitch="360"/>
        </w:sectPr>
      </w:pPr>
      <w:r w:rsidRPr="00ED17F6">
        <w:rPr>
          <w:rFonts w:ascii="Times New Roman" w:hAnsi="Times New Roman" w:cs="Times New Roman"/>
          <w:sz w:val="24"/>
          <w:szCs w:val="24"/>
        </w:rPr>
        <w:t>□ Every day</w:t>
      </w:r>
      <w:r w:rsidRPr="00ED17F6">
        <w:rPr>
          <w:rFonts w:ascii="Times New Roman" w:hAnsi="Times New Roman" w:cs="Times New Roman"/>
          <w:sz w:val="24"/>
          <w:szCs w:val="24"/>
        </w:rPr>
        <w:br/>
        <w:t>□ Once a week</w:t>
      </w:r>
      <w:r w:rsidRPr="00ED17F6">
        <w:rPr>
          <w:rFonts w:ascii="Times New Roman" w:hAnsi="Times New Roman" w:cs="Times New Roman"/>
          <w:sz w:val="24"/>
          <w:szCs w:val="24"/>
        </w:rPr>
        <w:br/>
        <w:t>□ More than once a week</w:t>
      </w:r>
      <w:r w:rsidRPr="00ED17F6">
        <w:rPr>
          <w:rFonts w:ascii="Times New Roman" w:hAnsi="Times New Roman" w:cs="Times New Roman"/>
          <w:sz w:val="24"/>
          <w:szCs w:val="24"/>
        </w:rPr>
        <w:br/>
      </w:r>
      <w:r w:rsidRPr="00ED17F6">
        <w:rPr>
          <w:rFonts w:ascii="Times New Roman" w:hAnsi="Times New Roman" w:cs="Times New Roman"/>
          <w:sz w:val="24"/>
          <w:szCs w:val="24"/>
        </w:rPr>
        <w:t>□ Once a month</w:t>
      </w:r>
      <w:r w:rsidRPr="00ED17F6">
        <w:rPr>
          <w:rFonts w:ascii="Times New Roman" w:hAnsi="Times New Roman" w:cs="Times New Roman"/>
          <w:sz w:val="24"/>
          <w:szCs w:val="24"/>
        </w:rPr>
        <w:br/>
        <w:t>□ More than once a month</w:t>
      </w:r>
      <w:r w:rsidRPr="00ED17F6">
        <w:rPr>
          <w:rFonts w:ascii="Times New Roman" w:hAnsi="Times New Roman" w:cs="Times New Roman"/>
          <w:sz w:val="24"/>
          <w:szCs w:val="24"/>
        </w:rPr>
        <w:br/>
        <w:t>□ Once or twice a year</w:t>
      </w:r>
    </w:p>
    <w:p w14:paraId="4787C11F" w14:textId="77777777" w:rsidR="00814627" w:rsidRDefault="00ED17F6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814627" w:rsidSect="00814627">
          <w:type w:val="continuous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 w:rsidRPr="00814627">
        <w:rPr>
          <w:rFonts w:ascii="Times New Roman" w:hAnsi="Times New Roman" w:cs="Times New Roman"/>
          <w:b/>
          <w:bCs/>
          <w:sz w:val="24"/>
          <w:szCs w:val="24"/>
        </w:rPr>
        <w:t>39)</w:t>
      </w:r>
      <w:r w:rsidRPr="00ED17F6">
        <w:rPr>
          <w:rFonts w:ascii="Times New Roman" w:hAnsi="Times New Roman" w:cs="Times New Roman"/>
          <w:sz w:val="24"/>
          <w:szCs w:val="24"/>
        </w:rPr>
        <w:t xml:space="preserve"> How frequently are you exposed to physical violence?</w:t>
      </w:r>
      <w:r w:rsidRPr="00ED17F6">
        <w:rPr>
          <w:rFonts w:ascii="Times New Roman" w:hAnsi="Times New Roman" w:cs="Times New Roman"/>
          <w:sz w:val="24"/>
          <w:szCs w:val="24"/>
        </w:rPr>
        <w:br/>
      </w:r>
    </w:p>
    <w:p w14:paraId="3E08A94A" w14:textId="77777777" w:rsidR="00814627" w:rsidRDefault="00ED17F6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814627" w:rsidSect="00814627">
          <w:type w:val="continuous"/>
          <w:pgSz w:w="12240" w:h="15840"/>
          <w:pgMar w:top="1440" w:right="1800" w:bottom="1440" w:left="1800" w:header="720" w:footer="720" w:gutter="0"/>
          <w:cols w:num="2" w:space="720"/>
          <w:docGrid w:linePitch="360"/>
        </w:sectPr>
      </w:pPr>
      <w:r w:rsidRPr="00ED17F6">
        <w:rPr>
          <w:rFonts w:ascii="Times New Roman" w:hAnsi="Times New Roman" w:cs="Times New Roman"/>
          <w:sz w:val="24"/>
          <w:szCs w:val="24"/>
        </w:rPr>
        <w:t>□ Every day</w:t>
      </w:r>
      <w:r w:rsidRPr="00ED17F6">
        <w:rPr>
          <w:rFonts w:ascii="Times New Roman" w:hAnsi="Times New Roman" w:cs="Times New Roman"/>
          <w:sz w:val="24"/>
          <w:szCs w:val="24"/>
        </w:rPr>
        <w:br/>
        <w:t>□ Once a week</w:t>
      </w:r>
      <w:r w:rsidRPr="00ED17F6">
        <w:rPr>
          <w:rFonts w:ascii="Times New Roman" w:hAnsi="Times New Roman" w:cs="Times New Roman"/>
          <w:sz w:val="24"/>
          <w:szCs w:val="24"/>
        </w:rPr>
        <w:br/>
        <w:t>□ More than once a week</w:t>
      </w:r>
      <w:r w:rsidRPr="00ED17F6">
        <w:rPr>
          <w:rFonts w:ascii="Times New Roman" w:hAnsi="Times New Roman" w:cs="Times New Roman"/>
          <w:sz w:val="24"/>
          <w:szCs w:val="24"/>
        </w:rPr>
        <w:br/>
      </w:r>
      <w:r w:rsidRPr="00ED17F6">
        <w:rPr>
          <w:rFonts w:ascii="Times New Roman" w:hAnsi="Times New Roman" w:cs="Times New Roman"/>
          <w:sz w:val="24"/>
          <w:szCs w:val="24"/>
        </w:rPr>
        <w:t>□ Once a month</w:t>
      </w:r>
      <w:r w:rsidRPr="00ED17F6">
        <w:rPr>
          <w:rFonts w:ascii="Times New Roman" w:hAnsi="Times New Roman" w:cs="Times New Roman"/>
          <w:sz w:val="24"/>
          <w:szCs w:val="24"/>
        </w:rPr>
        <w:br/>
        <w:t>□ More than once a month</w:t>
      </w:r>
      <w:r w:rsidRPr="00ED17F6">
        <w:rPr>
          <w:rFonts w:ascii="Times New Roman" w:hAnsi="Times New Roman" w:cs="Times New Roman"/>
          <w:sz w:val="24"/>
          <w:szCs w:val="24"/>
        </w:rPr>
        <w:br/>
        <w:t>□ Once or twice a year</w:t>
      </w:r>
    </w:p>
    <w:p w14:paraId="501FD8AB" w14:textId="2FAFDF0E" w:rsidR="00845E78" w:rsidRPr="00ED17F6" w:rsidRDefault="00845E78" w:rsidP="008146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845E78" w:rsidRPr="00ED17F6" w:rsidSect="00814627">
      <w:type w:val="continuous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1F058A" w14:textId="77777777" w:rsidR="001A7303" w:rsidRDefault="001A7303" w:rsidP="00063CB6">
      <w:pPr>
        <w:spacing w:after="0" w:line="240" w:lineRule="auto"/>
      </w:pPr>
      <w:r>
        <w:separator/>
      </w:r>
    </w:p>
  </w:endnote>
  <w:endnote w:type="continuationSeparator" w:id="0">
    <w:p w14:paraId="201ED907" w14:textId="77777777" w:rsidR="001A7303" w:rsidRDefault="001A7303" w:rsidP="00063C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7A4387" w14:textId="77777777" w:rsidR="00063CB6" w:rsidRDefault="00063CB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86826509"/>
      <w:docPartObj>
        <w:docPartGallery w:val="Page Numbers (Bottom of Page)"/>
        <w:docPartUnique/>
      </w:docPartObj>
    </w:sdtPr>
    <w:sdtContent>
      <w:p w14:paraId="4A2DD109" w14:textId="546A92CC" w:rsidR="00063CB6" w:rsidRDefault="00063CB6">
        <w:pPr>
          <w:pStyle w:val="AltBilgi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tr-TR"/>
          </w:rPr>
          <w:t>2</w:t>
        </w:r>
        <w:r>
          <w:fldChar w:fldCharType="end"/>
        </w:r>
      </w:p>
    </w:sdtContent>
  </w:sdt>
  <w:p w14:paraId="77673CDE" w14:textId="77777777" w:rsidR="00063CB6" w:rsidRDefault="00063CB6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C4506F" w14:textId="77777777" w:rsidR="00063CB6" w:rsidRDefault="00063CB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07F999" w14:textId="77777777" w:rsidR="001A7303" w:rsidRDefault="001A7303" w:rsidP="00063CB6">
      <w:pPr>
        <w:spacing w:after="0" w:line="240" w:lineRule="auto"/>
      </w:pPr>
      <w:r>
        <w:separator/>
      </w:r>
    </w:p>
  </w:footnote>
  <w:footnote w:type="continuationSeparator" w:id="0">
    <w:p w14:paraId="1331CCCC" w14:textId="77777777" w:rsidR="001A7303" w:rsidRDefault="001A7303" w:rsidP="00063C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5D6EA1" w14:textId="77777777" w:rsidR="00063CB6" w:rsidRDefault="00063CB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8EB42D" w14:textId="77777777" w:rsidR="00063CB6" w:rsidRDefault="00063CB6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B0C0EA" w14:textId="77777777" w:rsidR="00063CB6" w:rsidRDefault="00063CB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78926809">
    <w:abstractNumId w:val="8"/>
  </w:num>
  <w:num w:numId="2" w16cid:durableId="1907833885">
    <w:abstractNumId w:val="6"/>
  </w:num>
  <w:num w:numId="3" w16cid:durableId="758209592">
    <w:abstractNumId w:val="5"/>
  </w:num>
  <w:num w:numId="4" w16cid:durableId="1132599509">
    <w:abstractNumId w:val="4"/>
  </w:num>
  <w:num w:numId="5" w16cid:durableId="1768043249">
    <w:abstractNumId w:val="7"/>
  </w:num>
  <w:num w:numId="6" w16cid:durableId="1146967151">
    <w:abstractNumId w:val="3"/>
  </w:num>
  <w:num w:numId="7" w16cid:durableId="1802920024">
    <w:abstractNumId w:val="2"/>
  </w:num>
  <w:num w:numId="8" w16cid:durableId="67581677">
    <w:abstractNumId w:val="1"/>
  </w:num>
  <w:num w:numId="9" w16cid:durableId="7561685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63CB6"/>
    <w:rsid w:val="0015074B"/>
    <w:rsid w:val="001A7303"/>
    <w:rsid w:val="0029639D"/>
    <w:rsid w:val="00326F90"/>
    <w:rsid w:val="00532B5C"/>
    <w:rsid w:val="00814627"/>
    <w:rsid w:val="00845E78"/>
    <w:rsid w:val="00987924"/>
    <w:rsid w:val="00AA1D8D"/>
    <w:rsid w:val="00AE5AAE"/>
    <w:rsid w:val="00B47730"/>
    <w:rsid w:val="00BB612F"/>
    <w:rsid w:val="00CB0664"/>
    <w:rsid w:val="00ED17F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32B5D1C"/>
  <w14:defaultImageDpi w14:val="300"/>
  <w15:docId w15:val="{FF7ABEB5-8158-434B-90CE-902883B2B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yaz">
    <w:name w:val="Subtitle"/>
    <w:basedOn w:val="Normal"/>
    <w:next w:val="Normal"/>
    <w:link w:val="Altyaz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yazChar">
    <w:name w:val="Altyazı Char"/>
    <w:basedOn w:val="VarsaylanParagrafYazTipi"/>
    <w:link w:val="Altyaz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Alnt">
    <w:name w:val="Quote"/>
    <w:basedOn w:val="Normal"/>
    <w:next w:val="Normal"/>
    <w:link w:val="AlntChar"/>
    <w:uiPriority w:val="29"/>
    <w:qFormat/>
    <w:rsid w:val="00FC693F"/>
    <w:rPr>
      <w:i/>
      <w:iCs/>
      <w:color w:val="000000" w:themeColor="text1"/>
    </w:rPr>
  </w:style>
  <w:style w:type="character" w:customStyle="1" w:styleId="AlntChar">
    <w:name w:val="Alıntı Char"/>
    <w:basedOn w:val="VarsaylanParagrafYazTipi"/>
    <w:link w:val="Alnt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GlAlnt">
    <w:name w:val="Intense Quote"/>
    <w:basedOn w:val="Normal"/>
    <w:next w:val="Normal"/>
    <w:link w:val="GlAln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GlAlntChar">
    <w:name w:val="Güçlü Alıntı Char"/>
    <w:basedOn w:val="VarsaylanParagrafYazTipi"/>
    <w:link w:val="GlAlnt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894</Words>
  <Characters>5102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5985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Hilal İlbars</cp:lastModifiedBy>
  <cp:revision>4</cp:revision>
  <dcterms:created xsi:type="dcterms:W3CDTF">2013-12-23T23:15:00Z</dcterms:created>
  <dcterms:modified xsi:type="dcterms:W3CDTF">2025-09-28T14:24:00Z</dcterms:modified>
  <cp:category/>
</cp:coreProperties>
</file>